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9936B" w14:textId="77777777" w:rsidR="000D25EB" w:rsidRDefault="00000000">
      <w:pPr>
        <w:jc w:val="center"/>
      </w:pPr>
      <w:r>
        <w:rPr>
          <w:b/>
          <w:sz w:val="36"/>
        </w:rPr>
        <w:t>P1 – Boss Preference Profile</w:t>
      </w:r>
    </w:p>
    <w:p w14:paraId="23E95C25" w14:textId="77777777" w:rsidR="000D25EB" w:rsidRDefault="000D25EB"/>
    <w:p w14:paraId="4A80BCF9" w14:textId="77777777" w:rsidR="000D25EB" w:rsidRDefault="00000000">
      <w:r>
        <w:t>A practical reference tool for administrative professionals to understand and support their executive’s working style, communication preferences, priorities, and operational habits.</w:t>
      </w:r>
    </w:p>
    <w:p w14:paraId="47DE8BE0" w14:textId="77777777" w:rsidR="000D25EB" w:rsidRDefault="000D25EB"/>
    <w:p w14:paraId="3FA8EE09" w14:textId="77777777" w:rsidR="000D25EB" w:rsidRDefault="00000000">
      <w:r>
        <w:rPr>
          <w:b/>
          <w:sz w:val="26"/>
        </w:rPr>
        <w:t>1. Executive Information</w:t>
      </w:r>
    </w:p>
    <w:p w14:paraId="4EC0AB0E" w14:textId="77777777" w:rsidR="000D25EB" w:rsidRDefault="00000000">
      <w:r>
        <w:t>Executive Name: ______________________________</w:t>
      </w:r>
    </w:p>
    <w:p w14:paraId="506F257B" w14:textId="77777777" w:rsidR="000D25EB" w:rsidRDefault="00000000">
      <w:r>
        <w:t>Designation: _________________________________</w:t>
      </w:r>
    </w:p>
    <w:p w14:paraId="52FDC104" w14:textId="77777777" w:rsidR="000D25EB" w:rsidRDefault="00000000">
      <w:r>
        <w:t>Department / Division: ________________________</w:t>
      </w:r>
    </w:p>
    <w:p w14:paraId="6BE28E6B" w14:textId="77777777" w:rsidR="000D25EB" w:rsidRDefault="00000000">
      <w:r>
        <w:t>Assistant Supporting: _________________________</w:t>
      </w:r>
    </w:p>
    <w:p w14:paraId="6D7E8226" w14:textId="77777777" w:rsidR="000D25EB" w:rsidRDefault="00000000">
      <w:r>
        <w:t>Date Updated: ________________________________</w:t>
      </w:r>
    </w:p>
    <w:p w14:paraId="2953DF92" w14:textId="77777777" w:rsidR="000D25EB" w:rsidRDefault="000D25EB"/>
    <w:p w14:paraId="11B4AFF2" w14:textId="77777777" w:rsidR="000D25EB" w:rsidRDefault="00000000">
      <w:r>
        <w:rPr>
          <w:b/>
          <w:sz w:val="26"/>
        </w:rPr>
        <w:t>2. Communication Preferences</w:t>
      </w:r>
    </w:p>
    <w:p w14:paraId="5BCE8A77" w14:textId="77777777" w:rsidR="000D25EB" w:rsidRDefault="00000000">
      <w:r>
        <w:t>Preferred communication method: ☐ Email ☐ WhatsApp ☐ Phone ☐ In-person</w:t>
      </w:r>
    </w:p>
    <w:p w14:paraId="1DA2CFE0" w14:textId="77777777" w:rsidR="000D25EB" w:rsidRDefault="00000000">
      <w:r>
        <w:t>Preferred response speed: _____________________</w:t>
      </w:r>
    </w:p>
    <w:p w14:paraId="0A0D7349" w14:textId="77777777" w:rsidR="000D25EB" w:rsidRDefault="00000000">
      <w:r>
        <w:t>Preferred tone/style: _________________________</w:t>
      </w:r>
    </w:p>
    <w:p w14:paraId="410C5FC2" w14:textId="77777777" w:rsidR="000D25EB" w:rsidRDefault="00000000">
      <w:r>
        <w:t>Dislikes in communication: ____________________</w:t>
      </w:r>
    </w:p>
    <w:p w14:paraId="12C25DB6" w14:textId="77777777" w:rsidR="000D25EB" w:rsidRDefault="00000000">
      <w:r>
        <w:t>Best time to discuss important matters: _________</w:t>
      </w:r>
    </w:p>
    <w:p w14:paraId="4591C67D" w14:textId="77777777" w:rsidR="000D25EB" w:rsidRDefault="000D25EB"/>
    <w:p w14:paraId="04788C2B" w14:textId="77777777" w:rsidR="000D25EB" w:rsidRDefault="00000000">
      <w:r>
        <w:rPr>
          <w:b/>
          <w:sz w:val="26"/>
        </w:rPr>
        <w:t>3. Meeting &amp; Calendar Preferences</w:t>
      </w:r>
    </w:p>
    <w:p w14:paraId="1FA61089" w14:textId="77777777" w:rsidR="000D25EB" w:rsidRDefault="00000000">
      <w:r>
        <w:t>Preferred meeting duration: ____________________</w:t>
      </w:r>
    </w:p>
    <w:p w14:paraId="40D5131D" w14:textId="77777777" w:rsidR="000D25EB" w:rsidRDefault="00000000">
      <w:r>
        <w:t>Preferred buffer time between meetings: ________</w:t>
      </w:r>
    </w:p>
    <w:p w14:paraId="494B13FB" w14:textId="77777777" w:rsidR="000D25EB" w:rsidRDefault="00000000">
      <w:r>
        <w:t>Lunch timing preference: ______________________</w:t>
      </w:r>
    </w:p>
    <w:p w14:paraId="604A52DB" w14:textId="77777777" w:rsidR="000D25EB" w:rsidRDefault="00000000">
      <w:r>
        <w:t>Meeting preparation expectations: ______________</w:t>
      </w:r>
    </w:p>
    <w:p w14:paraId="1E599120" w14:textId="77777777" w:rsidR="000D25EB" w:rsidRDefault="00000000">
      <w:r>
        <w:t>Preferred meeting format: ☐ Physical ☐ Virtual ☐ Hybrid</w:t>
      </w:r>
    </w:p>
    <w:p w14:paraId="6D212BE0" w14:textId="77777777" w:rsidR="000D25EB" w:rsidRDefault="000D25EB"/>
    <w:p w14:paraId="2C9D1382" w14:textId="77777777" w:rsidR="000D25EB" w:rsidRDefault="00000000">
      <w:r>
        <w:rPr>
          <w:b/>
          <w:sz w:val="26"/>
        </w:rPr>
        <w:lastRenderedPageBreak/>
        <w:t>4. Work &amp; Decision-Making Style</w:t>
      </w:r>
    </w:p>
    <w:p w14:paraId="210221B1" w14:textId="77777777" w:rsidR="000D25EB" w:rsidRDefault="00000000">
      <w:r>
        <w:t>Decision-making style: ________________________</w:t>
      </w:r>
    </w:p>
    <w:p w14:paraId="69D3575E" w14:textId="77777777" w:rsidR="000D25EB" w:rsidRDefault="00000000">
      <w:r>
        <w:t>Level of detail preferred: ______________________</w:t>
      </w:r>
    </w:p>
    <w:p w14:paraId="6BCBA9B5" w14:textId="77777777" w:rsidR="000D25EB" w:rsidRDefault="00000000">
      <w:r>
        <w:t>Escalation preference for urgent matters: ________</w:t>
      </w:r>
    </w:p>
    <w:p w14:paraId="7F3A688E" w14:textId="77777777" w:rsidR="000D25EB" w:rsidRDefault="00000000">
      <w:r>
        <w:t>Preferred briefing format: _____________________</w:t>
      </w:r>
    </w:p>
    <w:p w14:paraId="7ECA0DB0" w14:textId="77777777" w:rsidR="000D25EB" w:rsidRDefault="00000000">
      <w:r>
        <w:t>Top work priorities: __________________________</w:t>
      </w:r>
    </w:p>
    <w:p w14:paraId="287C0DC1" w14:textId="77777777" w:rsidR="000D25EB" w:rsidRDefault="000D25EB"/>
    <w:p w14:paraId="3A285F7C" w14:textId="77777777" w:rsidR="000D25EB" w:rsidRDefault="00000000">
      <w:r>
        <w:rPr>
          <w:b/>
          <w:sz w:val="26"/>
        </w:rPr>
        <w:t>5. Travel &amp; Logistics Preferences</w:t>
      </w:r>
    </w:p>
    <w:p w14:paraId="39E3DEA1" w14:textId="77777777" w:rsidR="000D25EB" w:rsidRDefault="00000000">
      <w:r>
        <w:t>Preferred airline / seating: ____________________</w:t>
      </w:r>
    </w:p>
    <w:p w14:paraId="75E0A45F" w14:textId="77777777" w:rsidR="000D25EB" w:rsidRDefault="00000000">
      <w:r>
        <w:t>Hotel preferences: ____________________________</w:t>
      </w:r>
    </w:p>
    <w:p w14:paraId="460EC134" w14:textId="77777777" w:rsidR="000D25EB" w:rsidRDefault="00000000">
      <w:r>
        <w:t>Dietary restrictions/preferences: _______________</w:t>
      </w:r>
    </w:p>
    <w:p w14:paraId="3F16C8EC" w14:textId="77777777" w:rsidR="000D25EB" w:rsidRDefault="00000000">
      <w:r>
        <w:t>Transport preferences: ________________________</w:t>
      </w:r>
    </w:p>
    <w:p w14:paraId="6826E830" w14:textId="77777777" w:rsidR="000D25EB" w:rsidRDefault="00000000">
      <w:r>
        <w:t>Travel document reminders required: ____________</w:t>
      </w:r>
    </w:p>
    <w:p w14:paraId="37A66D34" w14:textId="77777777" w:rsidR="000D25EB" w:rsidRDefault="000D25EB"/>
    <w:p w14:paraId="06B82FB9" w14:textId="77777777" w:rsidR="000D25EB" w:rsidRDefault="00000000">
      <w:r>
        <w:rPr>
          <w:b/>
          <w:sz w:val="26"/>
        </w:rPr>
        <w:t>6. Personal Working Habits</w:t>
      </w:r>
    </w:p>
    <w:p w14:paraId="630B78CA" w14:textId="77777777" w:rsidR="000D25EB" w:rsidRDefault="00000000">
      <w:r>
        <w:t>Peak productivity hours: _______________________</w:t>
      </w:r>
    </w:p>
    <w:p w14:paraId="4A25BA25" w14:textId="77777777" w:rsidR="000D25EB" w:rsidRDefault="00000000">
      <w:r>
        <w:t>Coffee / beverage preferences: _________________</w:t>
      </w:r>
    </w:p>
    <w:p w14:paraId="2462F256" w14:textId="77777777" w:rsidR="000D25EB" w:rsidRDefault="00000000">
      <w:r>
        <w:t>Stress triggers to avoid: _______________________</w:t>
      </w:r>
    </w:p>
    <w:p w14:paraId="02F79F5E" w14:textId="77777777" w:rsidR="000D25EB" w:rsidRDefault="00000000">
      <w:r>
        <w:t>Things that help the executive work smoothly: ____</w:t>
      </w:r>
    </w:p>
    <w:p w14:paraId="70A98F9E" w14:textId="77777777" w:rsidR="000D25EB" w:rsidRDefault="00000000">
      <w:r>
        <w:t>Important recurring reminders: _________________</w:t>
      </w:r>
    </w:p>
    <w:p w14:paraId="33F7A2A1" w14:textId="77777777" w:rsidR="000D25EB" w:rsidRDefault="000D25EB"/>
    <w:p w14:paraId="3E26B934" w14:textId="77777777" w:rsidR="000D25EB" w:rsidRDefault="00000000">
      <w:r>
        <w:rPr>
          <w:b/>
          <w:sz w:val="26"/>
        </w:rPr>
        <w:t>7. Confidential Notes &amp; Observations</w:t>
      </w:r>
    </w:p>
    <w:p w14:paraId="6E9BDB00" w14:textId="77777777" w:rsidR="000D25EB" w:rsidRDefault="00000000">
      <w:r>
        <w:t>______________________________________________</w:t>
      </w:r>
    </w:p>
    <w:p w14:paraId="6C2D8A68" w14:textId="77777777" w:rsidR="000D25EB" w:rsidRDefault="00000000">
      <w:r>
        <w:t>______________________________________________</w:t>
      </w:r>
    </w:p>
    <w:p w14:paraId="2A2397EA" w14:textId="77777777" w:rsidR="000D25EB" w:rsidRDefault="00000000">
      <w:r>
        <w:t>______________________________________________</w:t>
      </w:r>
    </w:p>
    <w:p w14:paraId="3287C7A5" w14:textId="77777777" w:rsidR="000D25EB" w:rsidRDefault="00000000">
      <w:r>
        <w:t>______________________________________________</w:t>
      </w:r>
    </w:p>
    <w:p w14:paraId="1E02E467" w14:textId="77777777" w:rsidR="000D25EB" w:rsidRDefault="000D25EB"/>
    <w:p w14:paraId="700106A0" w14:textId="77777777" w:rsidR="000D25EB" w:rsidRDefault="00000000">
      <w:r>
        <w:rPr>
          <w:i/>
          <w:sz w:val="20"/>
        </w:rPr>
        <w:t>Confidential – Internal Administrative Reference Only</w:t>
      </w:r>
    </w:p>
    <w:sectPr w:rsidR="000D25EB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5D4BA" w14:textId="77777777" w:rsidR="0072116C" w:rsidRDefault="0072116C">
      <w:pPr>
        <w:spacing w:after="0" w:line="240" w:lineRule="auto"/>
      </w:pPr>
      <w:r>
        <w:separator/>
      </w:r>
    </w:p>
  </w:endnote>
  <w:endnote w:type="continuationSeparator" w:id="0">
    <w:p w14:paraId="08C7D039" w14:textId="77777777" w:rsidR="0072116C" w:rsidRDefault="00721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91F0" w14:textId="77777777" w:rsidR="000D25EB" w:rsidRDefault="00000000">
    <w:pPr>
      <w:pStyle w:val="Footer"/>
      <w:jc w:val="center"/>
    </w:pPr>
    <w:r>
      <w:rPr>
        <w:sz w:val="18"/>
      </w:rPr>
      <w:t>Singapore Association of Administrative Professionals (SAAP)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144E2" w14:textId="77777777" w:rsidR="0072116C" w:rsidRDefault="0072116C">
      <w:pPr>
        <w:spacing w:after="0" w:line="240" w:lineRule="auto"/>
      </w:pPr>
      <w:r>
        <w:separator/>
      </w:r>
    </w:p>
  </w:footnote>
  <w:footnote w:type="continuationSeparator" w:id="0">
    <w:p w14:paraId="785DD23F" w14:textId="77777777" w:rsidR="0072116C" w:rsidRDefault="007211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8A9DF9" w14:textId="77777777" w:rsidR="000D25EB" w:rsidRDefault="00000000">
    <w:pPr>
      <w:pStyle w:val="Header"/>
      <w:jc w:val="center"/>
    </w:pPr>
    <w:r>
      <w:rPr>
        <w:b/>
      </w:rPr>
      <w:t>SAAP Admin Power Toolkit™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29664693">
    <w:abstractNumId w:val="8"/>
  </w:num>
  <w:num w:numId="2" w16cid:durableId="330111470">
    <w:abstractNumId w:val="6"/>
  </w:num>
  <w:num w:numId="3" w16cid:durableId="66538170">
    <w:abstractNumId w:val="5"/>
  </w:num>
  <w:num w:numId="4" w16cid:durableId="2032219969">
    <w:abstractNumId w:val="4"/>
  </w:num>
  <w:num w:numId="5" w16cid:durableId="2021351014">
    <w:abstractNumId w:val="7"/>
  </w:num>
  <w:num w:numId="6" w16cid:durableId="948076379">
    <w:abstractNumId w:val="3"/>
  </w:num>
  <w:num w:numId="7" w16cid:durableId="1465662696">
    <w:abstractNumId w:val="2"/>
  </w:num>
  <w:num w:numId="8" w16cid:durableId="402335980">
    <w:abstractNumId w:val="1"/>
  </w:num>
  <w:num w:numId="9" w16cid:durableId="472866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25EB"/>
    <w:rsid w:val="0015074B"/>
    <w:rsid w:val="0029639D"/>
    <w:rsid w:val="00326F90"/>
    <w:rsid w:val="00697B04"/>
    <w:rsid w:val="0072116C"/>
    <w:rsid w:val="008166F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44D30B"/>
  <w14:defaultImageDpi w14:val="300"/>
  <w15:docId w15:val="{A298E017-339D-4C96-ADE4-8B0D5A91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Siew Gek Sim</cp:lastModifiedBy>
  <cp:revision>2</cp:revision>
  <dcterms:created xsi:type="dcterms:W3CDTF">2026-05-07T04:19:00Z</dcterms:created>
  <dcterms:modified xsi:type="dcterms:W3CDTF">2026-05-07T04:19:00Z</dcterms:modified>
  <cp:category/>
</cp:coreProperties>
</file>