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A6824" w14:textId="77777777" w:rsidR="00B9287F" w:rsidRDefault="00000000">
      <w:pPr>
        <w:jc w:val="center"/>
      </w:pPr>
      <w:r>
        <w:rPr>
          <w:b/>
          <w:sz w:val="36"/>
        </w:rPr>
        <w:t>P1 – Executive Travel Checklist</w:t>
      </w:r>
    </w:p>
    <w:p w14:paraId="1D5A2D49" w14:textId="77777777" w:rsidR="00B9287F" w:rsidRDefault="00000000">
      <w:r>
        <w:t>A structured travel preparation checklist for administrative professionals coordinating executive business trips, conferences, or overseas meetings.</w:t>
      </w:r>
    </w:p>
    <w:p w14:paraId="27880BD5" w14:textId="77777777" w:rsidR="00B9287F" w:rsidRDefault="00000000">
      <w:r>
        <w:rPr>
          <w:b/>
          <w:sz w:val="26"/>
        </w:rPr>
        <w:t>Travel Information</w:t>
      </w:r>
    </w:p>
    <w:p w14:paraId="293ABAB4" w14:textId="77777777" w:rsidR="00B9287F" w:rsidRDefault="00000000">
      <w:r>
        <w:t>Traveller Name: _________________________________</w:t>
      </w:r>
    </w:p>
    <w:p w14:paraId="4D195A71" w14:textId="77777777" w:rsidR="00B9287F" w:rsidRDefault="00000000">
      <w:r>
        <w:t>Destination: ___________________________________</w:t>
      </w:r>
    </w:p>
    <w:p w14:paraId="60AF6CBA" w14:textId="77777777" w:rsidR="00B9287F" w:rsidRDefault="00000000">
      <w:r>
        <w:t>Travel Dates: __________________________________</w:t>
      </w:r>
    </w:p>
    <w:p w14:paraId="44EB06F1" w14:textId="77777777" w:rsidR="00B9287F" w:rsidRDefault="00000000">
      <w:r>
        <w:t>Purpose of Trip: ________________________________</w:t>
      </w:r>
    </w:p>
    <w:p w14:paraId="0776308F" w14:textId="77777777" w:rsidR="00B9287F" w:rsidRDefault="00000000">
      <w:r>
        <w:rPr>
          <w:b/>
          <w:sz w:val="26"/>
        </w:rPr>
        <w:t>Pre-Travel Arrangements</w:t>
      </w:r>
    </w:p>
    <w:p w14:paraId="5C318BBB" w14:textId="77777777" w:rsidR="00B9287F" w:rsidRDefault="00000000">
      <w:r>
        <w:t>☐ Confirm passport validity</w:t>
      </w:r>
    </w:p>
    <w:p w14:paraId="73CA5E18" w14:textId="77777777" w:rsidR="00B9287F" w:rsidRDefault="00000000">
      <w:r>
        <w:t>☐ Arrange flight bookings</w:t>
      </w:r>
    </w:p>
    <w:p w14:paraId="3588C4C4" w14:textId="77777777" w:rsidR="00B9287F" w:rsidRDefault="00000000">
      <w:r>
        <w:t>☐ Arrange hotel accommodation</w:t>
      </w:r>
    </w:p>
    <w:p w14:paraId="5AF16B64" w14:textId="77777777" w:rsidR="00B9287F" w:rsidRDefault="00000000">
      <w:r>
        <w:t>☐ Prepare travel itinerary</w:t>
      </w:r>
    </w:p>
    <w:p w14:paraId="7AB1D383" w14:textId="77777777" w:rsidR="00B9287F" w:rsidRDefault="00000000">
      <w:r>
        <w:t>☐ Arrange airport transfer / transport</w:t>
      </w:r>
    </w:p>
    <w:p w14:paraId="130C2FEB" w14:textId="77777777" w:rsidR="00B9287F" w:rsidRDefault="00000000">
      <w:r>
        <w:t>☐ Check visa requirements</w:t>
      </w:r>
    </w:p>
    <w:p w14:paraId="5597106E" w14:textId="77777777" w:rsidR="00B9287F" w:rsidRDefault="00000000">
      <w:r>
        <w:t>☐ Confirm meeting schedule</w:t>
      </w:r>
    </w:p>
    <w:p w14:paraId="1F5E1F6F" w14:textId="77777777" w:rsidR="00B9287F" w:rsidRDefault="00000000">
      <w:r>
        <w:rPr>
          <w:b/>
          <w:sz w:val="26"/>
        </w:rPr>
        <w:t>Travel Documents &amp; Essentials</w:t>
      </w:r>
    </w:p>
    <w:p w14:paraId="78E8A622" w14:textId="77777777" w:rsidR="00B9287F" w:rsidRDefault="00000000">
      <w:r>
        <w:t>☐ Passport</w:t>
      </w:r>
    </w:p>
    <w:p w14:paraId="103A6B21" w14:textId="77777777" w:rsidR="00B9287F" w:rsidRDefault="00000000">
      <w:r>
        <w:t>☐ Visa / Entry Documents</w:t>
      </w:r>
    </w:p>
    <w:p w14:paraId="2C2C7F5F" w14:textId="77777777" w:rsidR="00B9287F" w:rsidRDefault="00000000">
      <w:r>
        <w:t>☐ Travel Insurance</w:t>
      </w:r>
    </w:p>
    <w:p w14:paraId="421F23B2" w14:textId="77777777" w:rsidR="00B9287F" w:rsidRDefault="00000000">
      <w:r>
        <w:t>☐ Corporate Credit Card / Cash</w:t>
      </w:r>
    </w:p>
    <w:p w14:paraId="3FA948BE" w14:textId="77777777" w:rsidR="00B9287F" w:rsidRDefault="00000000">
      <w:r>
        <w:t>☐ Contact List / Emergency Numbers</w:t>
      </w:r>
    </w:p>
    <w:p w14:paraId="5C587C23" w14:textId="77777777" w:rsidR="00B9287F" w:rsidRDefault="00000000">
      <w:r>
        <w:t>☐ Presentation Materials / Laptop</w:t>
      </w:r>
    </w:p>
    <w:p w14:paraId="499F1FC2" w14:textId="77777777" w:rsidR="00B9287F" w:rsidRDefault="00000000">
      <w:r>
        <w:rPr>
          <w:b/>
          <w:sz w:val="26"/>
        </w:rPr>
        <w:t>Administrative Guidance Notes</w:t>
      </w:r>
    </w:p>
    <w:p w14:paraId="78923588" w14:textId="77777777" w:rsidR="00B9287F" w:rsidRDefault="00000000">
      <w:r>
        <w:t>• Prepare itinerary clearly and accurately.</w:t>
      </w:r>
    </w:p>
    <w:p w14:paraId="1C1C9D5E" w14:textId="77777777" w:rsidR="00B9287F" w:rsidRDefault="00000000">
      <w:r>
        <w:lastRenderedPageBreak/>
        <w:t>• Keep digital and printed copies of key documents.</w:t>
      </w:r>
    </w:p>
    <w:p w14:paraId="10CDD57A" w14:textId="77777777" w:rsidR="00B9287F" w:rsidRDefault="00000000">
      <w:r>
        <w:t>• Check local weather and business etiquette.</w:t>
      </w:r>
    </w:p>
    <w:p w14:paraId="438350E2" w14:textId="77777777" w:rsidR="00B9287F" w:rsidRDefault="00000000">
      <w:r>
        <w:t>• Include emergency contact information.</w:t>
      </w:r>
    </w:p>
    <w:p w14:paraId="1FC2C459" w14:textId="77777777" w:rsidR="00B9287F" w:rsidRDefault="00000000">
      <w:r>
        <w:t>• Monitor flight updates and schedule changes.</w:t>
      </w:r>
    </w:p>
    <w:sectPr w:rsidR="00B9287F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26FE6" w14:textId="77777777" w:rsidR="00266588" w:rsidRDefault="00266588">
      <w:pPr>
        <w:spacing w:after="0" w:line="240" w:lineRule="auto"/>
      </w:pPr>
      <w:r>
        <w:separator/>
      </w:r>
    </w:p>
  </w:endnote>
  <w:endnote w:type="continuationSeparator" w:id="0">
    <w:p w14:paraId="74DA8879" w14:textId="77777777" w:rsidR="00266588" w:rsidRDefault="00266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50D61" w14:textId="77777777" w:rsidR="00B9287F" w:rsidRDefault="00000000">
    <w:pPr>
      <w:pStyle w:val="Footer"/>
      <w:jc w:val="center"/>
    </w:pPr>
    <w:r>
      <w:rPr>
        <w:sz w:val="18"/>
      </w:rPr>
      <w:t>Singapore Association of Administrative Professionals (SAAP)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2D679" w14:textId="77777777" w:rsidR="00266588" w:rsidRDefault="00266588">
      <w:pPr>
        <w:spacing w:after="0" w:line="240" w:lineRule="auto"/>
      </w:pPr>
      <w:r>
        <w:separator/>
      </w:r>
    </w:p>
  </w:footnote>
  <w:footnote w:type="continuationSeparator" w:id="0">
    <w:p w14:paraId="0F177696" w14:textId="77777777" w:rsidR="00266588" w:rsidRDefault="00266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85F63" w14:textId="77777777" w:rsidR="00B9287F" w:rsidRDefault="00000000">
    <w:pPr>
      <w:pStyle w:val="Header"/>
      <w:jc w:val="center"/>
    </w:pPr>
    <w:r>
      <w:rPr>
        <w:b/>
      </w:rPr>
      <w:t>SAAP Admin Power Toolkit™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72425069">
    <w:abstractNumId w:val="8"/>
  </w:num>
  <w:num w:numId="2" w16cid:durableId="504789170">
    <w:abstractNumId w:val="6"/>
  </w:num>
  <w:num w:numId="3" w16cid:durableId="1072001544">
    <w:abstractNumId w:val="5"/>
  </w:num>
  <w:num w:numId="4" w16cid:durableId="21438826">
    <w:abstractNumId w:val="4"/>
  </w:num>
  <w:num w:numId="5" w16cid:durableId="1013650166">
    <w:abstractNumId w:val="7"/>
  </w:num>
  <w:num w:numId="6" w16cid:durableId="2108186874">
    <w:abstractNumId w:val="3"/>
  </w:num>
  <w:num w:numId="7" w16cid:durableId="243414965">
    <w:abstractNumId w:val="2"/>
  </w:num>
  <w:num w:numId="8" w16cid:durableId="726343184">
    <w:abstractNumId w:val="1"/>
  </w:num>
  <w:num w:numId="9" w16cid:durableId="704061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66588"/>
    <w:rsid w:val="0029639D"/>
    <w:rsid w:val="00326F90"/>
    <w:rsid w:val="00AA1D8D"/>
    <w:rsid w:val="00B47730"/>
    <w:rsid w:val="00B8430E"/>
    <w:rsid w:val="00B9287F"/>
    <w:rsid w:val="00CB0664"/>
    <w:rsid w:val="00D9744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9BC1A8"/>
  <w14:defaultImageDpi w14:val="300"/>
  <w15:docId w15:val="{AE66F761-9DD9-43B3-A80F-902653AA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Siew Gek Sim</cp:lastModifiedBy>
  <cp:revision>2</cp:revision>
  <dcterms:created xsi:type="dcterms:W3CDTF">2026-05-07T06:20:00Z</dcterms:created>
  <dcterms:modified xsi:type="dcterms:W3CDTF">2026-05-07T06:20:00Z</dcterms:modified>
  <cp:category/>
</cp:coreProperties>
</file>